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42ED8" w14:textId="77777777" w:rsidR="00DE40AC" w:rsidRDefault="00983D77">
      <w:pPr>
        <w:pStyle w:val="Title"/>
        <w:jc w:val="center"/>
      </w:pPr>
      <w:r>
        <w:t>Advanced Grammar Practice Worksheet</w:t>
      </w:r>
    </w:p>
    <w:p w14:paraId="2045D163" w14:textId="6F0706CB" w:rsidR="00DE40AC" w:rsidRDefault="00983D77">
      <w:pPr>
        <w:jc w:val="center"/>
      </w:pPr>
      <w:r>
        <w:t xml:space="preserve">Standard: Class </w:t>
      </w:r>
      <w:r w:rsidR="00E77DC0">
        <w:t xml:space="preserve">9 </w:t>
      </w:r>
      <w:r>
        <w:t>| Mixed Bag Exercise | Total Questions: 30</w:t>
      </w:r>
    </w:p>
    <w:p w14:paraId="317E904B" w14:textId="77777777" w:rsidR="00DE40AC" w:rsidRDefault="00DE40AC"/>
    <w:p w14:paraId="5F72521B" w14:textId="77777777" w:rsidR="00DE40AC" w:rsidRDefault="00983D77">
      <w:pPr>
        <w:pStyle w:val="Heading1"/>
      </w:pPr>
      <w:r>
        <w:t>Section A: Fill in the Blanks with Appropriate Tense</w:t>
      </w:r>
    </w:p>
    <w:p w14:paraId="3FC4ACE0" w14:textId="77777777" w:rsidR="00DE40AC" w:rsidRDefault="00983D77">
      <w:r>
        <w:t>1. By the time the rescue team arrived, the hikers _________ (exhaust) all their supplies.</w:t>
      </w:r>
    </w:p>
    <w:p w14:paraId="7728E9C2" w14:textId="77777777" w:rsidR="00DE40AC" w:rsidRDefault="00983D77">
      <w:r>
        <w:t>2. I _________ (watch) a documentary on artificial intelligence when my laptop suddenly shut down.</w:t>
      </w:r>
    </w:p>
    <w:p w14:paraId="779CB641" w14:textId="77777777" w:rsidR="00DE40AC" w:rsidRDefault="00983D77">
      <w:r>
        <w:t>3. The tech startup _________ (launch) its new mobile application next month, provided the beta testing goes well.</w:t>
      </w:r>
    </w:p>
    <w:p w14:paraId="5208C257" w14:textId="77777777" w:rsidR="00DE40AC" w:rsidRDefault="00983D77">
      <w:r>
        <w:t>4. Over the past decade, renewable energy _________ (become) significantly more affordable for households.</w:t>
      </w:r>
    </w:p>
    <w:p w14:paraId="35145EA5" w14:textId="77777777" w:rsidR="00DE40AC" w:rsidRDefault="00983D77">
      <w:r>
        <w:t>5. She _________ (practice) the violin for three straight hours before she finally took a break.</w:t>
      </w:r>
    </w:p>
    <w:p w14:paraId="697FAE04" w14:textId="77777777" w:rsidR="00DE40AC" w:rsidRDefault="00983D77">
      <w:r>
        <w:t>6. If you _________ (invest) in that company early on, you would be incredibly wealthy by now.</w:t>
      </w:r>
    </w:p>
    <w:p w14:paraId="6243B3A1" w14:textId="77777777" w:rsidR="00DE40AC" w:rsidRDefault="00DE40AC"/>
    <w:p w14:paraId="5A4F2212" w14:textId="77777777" w:rsidR="00DE40AC" w:rsidRDefault="00983D77">
      <w:pPr>
        <w:pStyle w:val="Heading1"/>
      </w:pPr>
      <w:r>
        <w:t>Section B: Fill in the Blanks with Prepositions</w:t>
      </w:r>
    </w:p>
    <w:p w14:paraId="28DAECAC" w14:textId="77777777" w:rsidR="00DE40AC" w:rsidRDefault="00983D77">
      <w:r>
        <w:t>Choose the correct preposition from the options provided.</w:t>
      </w:r>
    </w:p>
    <w:p w14:paraId="71B65E0B" w14:textId="77777777" w:rsidR="00DE40AC" w:rsidRDefault="00983D77">
      <w:r>
        <w:t>7. The manager attributed the project's massive success _________ the team's relentless dedication.</w:t>
      </w:r>
      <w:r>
        <w:br/>
      </w:r>
      <w:r>
        <w:t xml:space="preserve">   a) with    b) to    c) for    d) by</w:t>
      </w:r>
    </w:p>
    <w:p w14:paraId="7C42CAD9" w14:textId="77777777" w:rsidR="00DE40AC" w:rsidRDefault="00983D77">
      <w:r>
        <w:t>8. Despite the heavy downpour, the outdoor music festival went _________ as scheduled.</w:t>
      </w:r>
      <w:r>
        <w:br/>
        <w:t xml:space="preserve">   a) ahead    b) on    c) off    d) away</w:t>
      </w:r>
    </w:p>
    <w:p w14:paraId="296CD49B" w14:textId="77777777" w:rsidR="00DE40AC" w:rsidRDefault="00983D77">
      <w:r>
        <w:t>9. The detective stumbled _________ a crucial piece of evidence while examining the abandoned warehouse.</w:t>
      </w:r>
      <w:r>
        <w:br/>
        <w:t xml:space="preserve">   a) upon    b) in    c) through    d) at</w:t>
      </w:r>
    </w:p>
    <w:p w14:paraId="4F24F5D4" w14:textId="77777777" w:rsidR="00DE40AC" w:rsidRDefault="00983D77">
      <w:r>
        <w:t>10. You must strictly comply _________ the new cyber-security regulations before accessing the main server.</w:t>
      </w:r>
      <w:r>
        <w:br/>
        <w:t xml:space="preserve">   a) to    b) by    c) with    d) on</w:t>
      </w:r>
    </w:p>
    <w:p w14:paraId="57F7B6B5" w14:textId="77777777" w:rsidR="00DE40AC" w:rsidRDefault="00983D77">
      <w:r>
        <w:t>11. The young author has a distinct flair _________ writing suspenseful psychological thrillers.</w:t>
      </w:r>
      <w:r>
        <w:br/>
        <w:t xml:space="preserve">   a) of    b) for    c) in    d) about</w:t>
      </w:r>
    </w:p>
    <w:p w14:paraId="55291EC9" w14:textId="77777777" w:rsidR="00DE40AC" w:rsidRDefault="00983D77">
      <w:r>
        <w:t>12. She was completely taken _________ by the sudden and hostile behavior of her usually polite colleague.</w:t>
      </w:r>
      <w:r>
        <w:br/>
        <w:t xml:space="preserve">   a) aback    b) down    c) out    d) over</w:t>
      </w:r>
    </w:p>
    <w:p w14:paraId="258EE77A" w14:textId="77777777" w:rsidR="00DE40AC" w:rsidRDefault="00DE40AC"/>
    <w:p w14:paraId="765300B8" w14:textId="77777777" w:rsidR="00DE40AC" w:rsidRDefault="00983D77">
      <w:pPr>
        <w:pStyle w:val="Heading1"/>
      </w:pPr>
      <w:r>
        <w:lastRenderedPageBreak/>
        <w:t>Section C: Error Correction (Tense and Prepositions)</w:t>
      </w:r>
    </w:p>
    <w:p w14:paraId="694F8508" w14:textId="77777777" w:rsidR="00DE40AC" w:rsidRDefault="00983D77">
      <w:r>
        <w:t>Identify the error in each sentence and correct it. (Format: Error -&gt; Correction)</w:t>
      </w:r>
    </w:p>
    <w:p w14:paraId="2AAF7D37" w14:textId="77777777" w:rsidR="00DE40AC" w:rsidRDefault="00983D77">
      <w:r>
        <w:t>13. I have visited the newly opened modern art gallery yesterday evening with my friends.</w:t>
      </w:r>
    </w:p>
    <w:p w14:paraId="296383BE" w14:textId="77777777" w:rsidR="00DE40AC" w:rsidRDefault="00983D77">
      <w:r>
        <w:t>14. The board of directors has been discussing about the upcoming corporate merger for the last two hours.</w:t>
      </w:r>
    </w:p>
    <w:p w14:paraId="69C1E4EA" w14:textId="77777777" w:rsidR="00DE40AC" w:rsidRDefault="00983D77">
      <w:r>
        <w:t>15. By next summer, she will be completing her master's degree in aerospace engineering.</w:t>
      </w:r>
    </w:p>
    <w:p w14:paraId="4E77DD7E" w14:textId="77777777" w:rsidR="00DE40AC" w:rsidRDefault="00983D77">
      <w:r>
        <w:t>16. The software engineer prefers coding in Python than writing scripts in Java.</w:t>
      </w:r>
    </w:p>
    <w:p w14:paraId="6779079C" w14:textId="77777777" w:rsidR="00DE40AC" w:rsidRDefault="00983D77">
      <w:r>
        <w:t>17. The neighborhood children were playing in the central park since 10 AM this morning.</w:t>
      </w:r>
    </w:p>
    <w:p w14:paraId="2925C789" w14:textId="77777777" w:rsidR="00DE40AC" w:rsidRDefault="00983D77">
      <w:r>
        <w:t>18. The principal congratulated the student for winning the prestigious national hackathon.</w:t>
      </w:r>
    </w:p>
    <w:p w14:paraId="2964A0C6" w14:textId="77777777" w:rsidR="00DE40AC" w:rsidRDefault="00DE40AC"/>
    <w:p w14:paraId="147882C8" w14:textId="77777777" w:rsidR="00DE40AC" w:rsidRDefault="00983D77">
      <w:pPr>
        <w:pStyle w:val="Heading1"/>
      </w:pPr>
      <w:r>
        <w:t>Section D: Change into Indirect Speech</w:t>
      </w:r>
    </w:p>
    <w:p w14:paraId="6E3DE4A2" w14:textId="77777777" w:rsidR="00DE40AC" w:rsidRDefault="00983D77">
      <w:r>
        <w:t>19. The climate scientist said, "Global temperatures are rising faster than we previously predicted."</w:t>
      </w:r>
    </w:p>
    <w:p w14:paraId="5778FA9C" w14:textId="77777777" w:rsidR="00DE40AC" w:rsidRDefault="00983D77">
      <w:r>
        <w:t>20. Maya told her friend, "I have finally finished editing my first independent short film."</w:t>
      </w:r>
    </w:p>
    <w:p w14:paraId="573311C1" w14:textId="77777777" w:rsidR="00DE40AC" w:rsidRDefault="00983D77">
      <w:r>
        <w:t>21. The coach said, "The team had practiced this exact defensive strategy several times before the tournament."</w:t>
      </w:r>
    </w:p>
    <w:p w14:paraId="5D3D0635" w14:textId="77777777" w:rsidR="00DE40AC" w:rsidRDefault="00983D77">
      <w:r>
        <w:t>22. The lead developer said, "I will deploy the new software update by tomorrow morning."</w:t>
      </w:r>
    </w:p>
    <w:p w14:paraId="09240B14" w14:textId="77777777" w:rsidR="00DE40AC" w:rsidRDefault="00983D77">
      <w:r>
        <w:t>23. He said to me, "I was walking through the natural history museum when the fire alarm rang."</w:t>
      </w:r>
    </w:p>
    <w:p w14:paraId="46C9C05A" w14:textId="77777777" w:rsidR="00DE40AC" w:rsidRDefault="00983D77">
      <w:r>
        <w:t>24. The airline pilot announced, "We are currently flying at an altitude of thirty thousand feet."</w:t>
      </w:r>
    </w:p>
    <w:p w14:paraId="44E51E7A" w14:textId="77777777" w:rsidR="00DE40AC" w:rsidRDefault="00DE40AC"/>
    <w:p w14:paraId="24CF09BC" w14:textId="77777777" w:rsidR="00DE40AC" w:rsidRDefault="00983D77">
      <w:pPr>
        <w:pStyle w:val="Heading1"/>
      </w:pPr>
      <w:r>
        <w:t>Section E: Identify and Mention the Type of Subordinate Clause</w:t>
      </w:r>
    </w:p>
    <w:p w14:paraId="35B53BDA" w14:textId="77777777" w:rsidR="00DE40AC" w:rsidRDefault="00983D77">
      <w:r>
        <w:t>Identify the subordinate clause and state its type (Noun, Adjective/Relative, or Adverb clause).</w:t>
      </w:r>
    </w:p>
    <w:p w14:paraId="04C5E9C6" w14:textId="77777777" w:rsidR="00DE40AC" w:rsidRDefault="00983D77">
      <w:r>
        <w:t>25. The new smartphone that I bought last week has already started malfunctioning.</w:t>
      </w:r>
    </w:p>
    <w:p w14:paraId="37A600A9" w14:textId="77777777" w:rsidR="00DE40AC" w:rsidRDefault="00983D77">
      <w:r>
        <w:t>26. Although the production schedule was incredibly tight, they managed to release the game on time.</w:t>
      </w:r>
    </w:p>
    <w:p w14:paraId="767421EB" w14:textId="77777777" w:rsidR="00DE40AC" w:rsidRDefault="00983D77">
      <w:r>
        <w:t>27. Nobody in the office understands why he abruptly resigned from such a lucrative position.</w:t>
      </w:r>
    </w:p>
    <w:p w14:paraId="60461BFF" w14:textId="77777777" w:rsidR="00DE40AC" w:rsidRDefault="00983D77">
      <w:r>
        <w:t>28. Whenever there is a major operating system update, the legacy applications tend to slow down.</w:t>
      </w:r>
    </w:p>
    <w:p w14:paraId="7CACE791" w14:textId="77777777" w:rsidR="00DE40AC" w:rsidRDefault="00983D77">
      <w:r>
        <w:t>29. The award-winning documentary explores how deep-sea marine life is adapting to rising ocean temperatures.</w:t>
      </w:r>
    </w:p>
    <w:p w14:paraId="103C8F07" w14:textId="77777777" w:rsidR="00DE40AC" w:rsidRDefault="00983D77">
      <w:r>
        <w:t>30. The mysterious artifacts, which were discovered deep in the Amazon basin, belong to an unknown civilization.</w:t>
      </w:r>
    </w:p>
    <w:p w14:paraId="7E47C1DA" w14:textId="77777777" w:rsidR="00DE40AC" w:rsidRDefault="00DE40AC"/>
    <w:p w14:paraId="21E4BEE2" w14:textId="77777777" w:rsidR="00DE40AC" w:rsidRDefault="00983D77">
      <w:r>
        <w:br w:type="page"/>
      </w:r>
    </w:p>
    <w:p w14:paraId="5F7BB326" w14:textId="77777777" w:rsidR="00DE40AC" w:rsidRDefault="00983D77">
      <w:pPr>
        <w:pStyle w:val="Title"/>
      </w:pPr>
      <w:r>
        <w:lastRenderedPageBreak/>
        <w:t>Answer Key</w:t>
      </w:r>
    </w:p>
    <w:p w14:paraId="2794AAD9" w14:textId="77777777" w:rsidR="00DE40AC" w:rsidRDefault="00DE40AC"/>
    <w:p w14:paraId="0D6B0BD8" w14:textId="77777777" w:rsidR="00DE40AC" w:rsidRDefault="00983D77">
      <w:pPr>
        <w:pStyle w:val="Heading2"/>
      </w:pPr>
      <w:r>
        <w:t>Section A</w:t>
      </w:r>
    </w:p>
    <w:p w14:paraId="5EB21C1B" w14:textId="77777777" w:rsidR="00DE40AC" w:rsidRDefault="00983D77">
      <w:r>
        <w:t>1. had exhausted</w:t>
      </w:r>
      <w:r>
        <w:br/>
        <w:t>2. was watching</w:t>
      </w:r>
      <w:r>
        <w:br/>
        <w:t>3. will launch / is launching</w:t>
      </w:r>
      <w:r>
        <w:br/>
        <w:t>4. has become</w:t>
      </w:r>
      <w:r>
        <w:br/>
        <w:t>5. had been practicing</w:t>
      </w:r>
      <w:r>
        <w:br/>
        <w:t>6. had invested</w:t>
      </w:r>
    </w:p>
    <w:p w14:paraId="71ED3250" w14:textId="77777777" w:rsidR="00DE40AC" w:rsidRDefault="00983D77">
      <w:pPr>
        <w:pStyle w:val="Heading2"/>
      </w:pPr>
      <w:r>
        <w:t>Section B</w:t>
      </w:r>
    </w:p>
    <w:p w14:paraId="33B02697" w14:textId="77777777" w:rsidR="00DE40AC" w:rsidRDefault="00983D77">
      <w:r>
        <w:t>7. b) to</w:t>
      </w:r>
      <w:r>
        <w:br/>
        <w:t>8. a) ahead (Note: "on" is also acceptable in some contexts, but "ahead" perfectly fits the idiom "go ahead as scheduled")</w:t>
      </w:r>
      <w:r>
        <w:br/>
        <w:t>9. a) upon</w:t>
      </w:r>
      <w:r>
        <w:br/>
        <w:t>10. c) with</w:t>
      </w:r>
      <w:r>
        <w:br/>
        <w:t>11. b) for</w:t>
      </w:r>
      <w:r>
        <w:br/>
        <w:t>12. a) aback</w:t>
      </w:r>
    </w:p>
    <w:p w14:paraId="07C54E8B" w14:textId="77777777" w:rsidR="00DE40AC" w:rsidRDefault="00983D77">
      <w:pPr>
        <w:pStyle w:val="Heading2"/>
      </w:pPr>
      <w:r>
        <w:t>Section C</w:t>
      </w:r>
    </w:p>
    <w:p w14:paraId="3762DC40" w14:textId="77777777" w:rsidR="00DE40AC" w:rsidRDefault="00983D77">
      <w:r>
        <w:t>13. Error: have visited -&gt; Correction: visited</w:t>
      </w:r>
      <w:r>
        <w:br/>
      </w:r>
      <w:r>
        <w:t>14. Error: discussing about -&gt; Correction: discussing</w:t>
      </w:r>
      <w:r>
        <w:br/>
        <w:t>15. Error: will be completing -&gt; Correction: will have completed</w:t>
      </w:r>
      <w:r>
        <w:br/>
        <w:t>16. Error: than -&gt; Correction: to</w:t>
      </w:r>
      <w:r>
        <w:br/>
        <w:t>17. Error: were playing -&gt; Correction: have been playing</w:t>
      </w:r>
      <w:r>
        <w:br/>
        <w:t>18. Error: for -&gt; Correction: on</w:t>
      </w:r>
    </w:p>
    <w:p w14:paraId="66A84E1A" w14:textId="77777777" w:rsidR="00DE40AC" w:rsidRDefault="00983D77">
      <w:pPr>
        <w:pStyle w:val="Heading2"/>
      </w:pPr>
      <w:r>
        <w:t>Section D</w:t>
      </w:r>
    </w:p>
    <w:p w14:paraId="61C926E4" w14:textId="77777777" w:rsidR="00DE40AC" w:rsidRDefault="00983D77">
      <w:r>
        <w:t>19. The climate scientist said that global temperatures were rising faster than they had previously predicted.</w:t>
      </w:r>
      <w:r>
        <w:br/>
        <w:t>20. Maya told her friend that she had finally finished editing her first independent short film.</w:t>
      </w:r>
      <w:r>
        <w:br/>
      </w:r>
      <w:r>
        <w:t>21. The coach said that the team had practiced that exact defensive strategy several times before the tournament.</w:t>
      </w:r>
      <w:r>
        <w:br/>
        <w:t>22. The lead developer said that he/she would deploy the new software update by the following morning.</w:t>
      </w:r>
      <w:r>
        <w:br/>
        <w:t>23. He told me that he had been walking through the natural history museum when the fire alarm rang. (Note: "had rung" is also acceptable).</w:t>
      </w:r>
      <w:r>
        <w:br/>
        <w:t>24. The airline pilot announced that they were currently flying at an altitude of thirty thousand feet.</w:t>
      </w:r>
    </w:p>
    <w:p w14:paraId="7CE5E4CC" w14:textId="77777777" w:rsidR="00DE40AC" w:rsidRDefault="00983D77">
      <w:pPr>
        <w:pStyle w:val="Heading2"/>
      </w:pPr>
      <w:r>
        <w:t>Section E</w:t>
      </w:r>
    </w:p>
    <w:p w14:paraId="1A875C80" w14:textId="77777777" w:rsidR="00DE40AC" w:rsidRDefault="00983D77">
      <w:r>
        <w:t>25. Clause: that I bought last week</w:t>
      </w:r>
      <w:r>
        <w:br/>
      </w:r>
      <w:r>
        <w:t xml:space="preserve">    Type: Adjective Clause</w:t>
      </w:r>
      <w:r>
        <w:br/>
      </w:r>
      <w:r>
        <w:br/>
      </w:r>
      <w:r>
        <w:lastRenderedPageBreak/>
        <w:t>26. Clause: Although the production schedule was incredibly tight</w:t>
      </w:r>
      <w:r>
        <w:br/>
        <w:t xml:space="preserve">    Type: Adverb Clause (of Concession)</w:t>
      </w:r>
      <w:r>
        <w:br/>
      </w:r>
      <w:r>
        <w:br/>
        <w:t>27. Clause: why he abruptly resigned from such a lucrative position</w:t>
      </w:r>
      <w:r>
        <w:br/>
        <w:t xml:space="preserve">    Type: Noun Clause</w:t>
      </w:r>
      <w:r>
        <w:br/>
      </w:r>
      <w:r>
        <w:br/>
        <w:t>28. Clause: Whenever there is a major operating system update</w:t>
      </w:r>
      <w:r>
        <w:br/>
        <w:t xml:space="preserve">    Type: Adverb Clause (of Time)</w:t>
      </w:r>
      <w:r>
        <w:br/>
      </w:r>
      <w:r>
        <w:br/>
        <w:t>29. Clause: how deep-sea marine life is adapting to rising ocean temperatures</w:t>
      </w:r>
      <w:r>
        <w:br/>
        <w:t xml:space="preserve">    Type: Noun Clause</w:t>
      </w:r>
      <w:r>
        <w:br/>
      </w:r>
      <w:r>
        <w:br/>
        <w:t>30. Clause: which were discovered deep in the Amazon basin</w:t>
      </w:r>
      <w:r>
        <w:br/>
        <w:t xml:space="preserve">    Type: Adjective Clause</w:t>
      </w:r>
    </w:p>
    <w:sectPr w:rsidR="00DE40AC" w:rsidSect="005203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2899736">
    <w:abstractNumId w:val="8"/>
  </w:num>
  <w:num w:numId="2" w16cid:durableId="923107135">
    <w:abstractNumId w:val="6"/>
  </w:num>
  <w:num w:numId="3" w16cid:durableId="1044864570">
    <w:abstractNumId w:val="5"/>
  </w:num>
  <w:num w:numId="4" w16cid:durableId="1383477313">
    <w:abstractNumId w:val="4"/>
  </w:num>
  <w:num w:numId="5" w16cid:durableId="909922738">
    <w:abstractNumId w:val="7"/>
  </w:num>
  <w:num w:numId="6" w16cid:durableId="1194032409">
    <w:abstractNumId w:val="3"/>
  </w:num>
  <w:num w:numId="7" w16cid:durableId="1499420935">
    <w:abstractNumId w:val="2"/>
  </w:num>
  <w:num w:numId="8" w16cid:durableId="1095710387">
    <w:abstractNumId w:val="1"/>
  </w:num>
  <w:num w:numId="9" w16cid:durableId="1956209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CF4"/>
    <w:rsid w:val="00034616"/>
    <w:rsid w:val="0006063C"/>
    <w:rsid w:val="0015074B"/>
    <w:rsid w:val="0029639D"/>
    <w:rsid w:val="00326F90"/>
    <w:rsid w:val="0052031A"/>
    <w:rsid w:val="00983D77"/>
    <w:rsid w:val="00AA1D8D"/>
    <w:rsid w:val="00B47730"/>
    <w:rsid w:val="00CB0664"/>
    <w:rsid w:val="00DE40AC"/>
    <w:rsid w:val="00E77DC0"/>
    <w:rsid w:val="00EF40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98C50A"/>
  <w14:defaultImageDpi w14:val="300"/>
  <w15:docId w15:val="{502ED4BF-032D-EC40-9EE8-57157202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priyamdasgupta96@gmail.com</cp:lastModifiedBy>
  <cp:revision>2</cp:revision>
  <dcterms:created xsi:type="dcterms:W3CDTF">2026-07-13T04:03:00Z</dcterms:created>
  <dcterms:modified xsi:type="dcterms:W3CDTF">2026-07-13T04:03:00Z</dcterms:modified>
  <cp:category/>
</cp:coreProperties>
</file>